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BTEC Level 3 National in IT — Unit 1: Information Technology Systems</w:t>
        <w:br/>
      </w:r>
      <w:r>
        <w:rPr>
          <w:b/>
        </w:rPr>
        <w:t>Topic: Secondary Storage Devices (Magnetic, Optical, and Solid-State)</w:t>
        <w:br/>
        <w:t>STUDENT WORKSHEET</w:t>
      </w:r>
    </w:p>
    <w:p>
      <w:r>
        <w:t>Name: ____________________________</w:t>
        <w:tab/>
        <w:tab/>
        <w:t>Date: ____________________________</w:t>
      </w:r>
    </w:p>
    <w:p>
      <w:pPr>
        <w:pStyle w:val="Heading1"/>
      </w:pPr>
      <w:r>
        <w:t>📘 Part 1: Core Revision Notes</w:t>
      </w:r>
    </w:p>
    <w:p>
      <w:r>
        <w:t>Secondary storage devices are peripheral hardware components used to store, back up, and share data. Unlike primary memory (RAM), secondary storage is non-volatile, meaning it retains its data permanently even when the computer system is powered off.</w:t>
      </w:r>
    </w:p>
    <w:p>
      <w:r>
        <w:t>In BTEC Unit 1, you must evaluate storage media using key characteristics: Capacity, Speed, Portability, Durability, Reliability, and Cost.</w:t>
      </w:r>
    </w:p>
    <w:p>
      <w:pPr>
        <w:pStyle w:val="Heading2"/>
      </w:pPr>
      <w:r>
        <w:t>1. Magnetic Storage (e.g., Hard Disk Drives - HDD, Magnetic Tape)</w:t>
      </w:r>
    </w:p>
    <w:p>
      <w:r>
        <w:t>How it Works: Uses mechanical platters coated with magnetic material. A read/write head changes the magnetic polarity of sections on the disk to represent binary 1s and 0s.</w:t>
      </w:r>
    </w:p>
    <w:p>
      <w:pPr>
        <w:pStyle w:val="ListBullet"/>
      </w:pPr>
      <w:r>
        <w:t>Characteristics &amp; Limitations:</w:t>
      </w:r>
    </w:p>
    <w:p>
      <w:pPr>
        <w:pStyle w:val="ListBullet"/>
      </w:pPr>
      <w:r>
        <w:t>Capacity: Very large capacity, easily hitting multiple Terabytes (TB).</w:t>
      </w:r>
    </w:p>
    <w:p>
      <w:pPr>
        <w:pStyle w:val="ListBullet"/>
      </w:pPr>
      <w:r>
        <w:t>Cost: Exceptionally low cost per gigabyte/terabyte, making it the cheapest form of mass internal storage.</w:t>
      </w:r>
    </w:p>
    <w:p>
      <w:pPr>
        <w:pStyle w:val="ListBullet"/>
      </w:pPr>
      <w:r>
        <w:t>Speed &amp; Durability: Contains moving parts. This makes HDDs slower than SSDs and highly vulnerable to physical damage or data corruption if dropped or shaken.</w:t>
      </w:r>
    </w:p>
    <w:p>
      <w:pPr>
        <w:pStyle w:val="Heading2"/>
      </w:pPr>
      <w:r>
        <w:t>2. Optical Storage (e.g., CDs, DVDs, Blu-ray Discs)</w:t>
      </w:r>
    </w:p>
    <w:p>
      <w:r>
        <w:t>How it Works: Uses high-powered lasers to burn microscopic "pits" into a reflective surface. A lower-powered laser then reads the disc by bouncing light off the flat surfaces ("lands") and pits; the changes in reflected light are translated into binary.</w:t>
      </w:r>
    </w:p>
    <w:p>
      <w:pPr>
        <w:pStyle w:val="ListBullet"/>
      </w:pPr>
      <w:r>
        <w:t>Characteristics &amp; Limitations:</w:t>
      </w:r>
    </w:p>
    <w:p>
      <w:pPr>
        <w:pStyle w:val="ListBullet"/>
      </w:pPr>
      <w:r>
        <w:t>Portability &amp; Cost: Discs are flat, lightweight, highly portable, and very cheap to manufacture or distribute individually.</w:t>
      </w:r>
    </w:p>
    <w:p>
      <w:pPr>
        <w:pStyle w:val="ListBullet"/>
      </w:pPr>
      <w:r>
        <w:t>Capacity: Low compared to modern media (CDs max out at ~700MB, DVDs at 4.7GB, and Blu-rays around 25GB–50GB).</w:t>
      </w:r>
    </w:p>
    <w:p>
      <w:pPr>
        <w:pStyle w:val="ListBullet"/>
      </w:pPr>
      <w:r>
        <w:t>Durability: Susceptible to scratches and degradation from sunlight or heat, which can easily corrupt data.</w:t>
      </w:r>
    </w:p>
    <w:p>
      <w:pPr>
        <w:pStyle w:val="Heading2"/>
      </w:pPr>
      <w:r>
        <w:t>3. Solid-State Storage (e.g., SSDs, SD Cards, USB Flash Drives)</w:t>
      </w:r>
    </w:p>
    <w:p>
      <w:r>
        <w:t>How it Works: Built using electronic flash memory chips. Data is stored electronically by trapping electrons in floating-gate transistors, meaning there are absolutely no moving parts.</w:t>
      </w:r>
    </w:p>
    <w:p>
      <w:pPr>
        <w:pStyle w:val="ListBullet"/>
      </w:pPr>
      <w:r>
        <w:t>Characteristics &amp; Limitations:</w:t>
      </w:r>
    </w:p>
    <w:p>
      <w:pPr>
        <w:pStyle w:val="ListBullet"/>
      </w:pPr>
      <w:r>
        <w:t>Speed: Exceptionally fast read and write speeds, significantly lowering system boot and application load times.</w:t>
      </w:r>
    </w:p>
    <w:p>
      <w:pPr>
        <w:pStyle w:val="ListBullet"/>
      </w:pPr>
      <w:r>
        <w:t>Durability &amp; Power: Highly durable against knocks or falls because it has no mechanical parts. It also consumes less power, extending laptop battery life.</w:t>
      </w:r>
    </w:p>
    <w:p>
      <w:pPr>
        <w:pStyle w:val="ListBullet"/>
      </w:pPr>
      <w:r>
        <w:t>Cost &amp; Longevity: Considerably more expensive per gigabyte than HDDs. Flash memory also degrades after a finite number of write/erase cycles.</w:t>
      </w:r>
    </w:p>
    <w:p>
      <w:pPr>
        <w:pStyle w:val="Heading1"/>
      </w:pPr>
      <w:r>
        <w:t>📊 Task A: Storage Matrix Fill-in-the-Gaps</w:t>
      </w:r>
    </w:p>
    <w:p>
      <w:r>
        <w:t>Complete the missing characteristics in the table below using the revision notes.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Storage Category</w:t>
            </w:r>
          </w:p>
        </w:tc>
        <w:tc>
          <w:tcPr>
            <w:tcW w:type="dxa" w:w="1440"/>
          </w:tcPr>
          <w:p>
            <w:r>
              <w:t>Common Formats</w:t>
            </w:r>
          </w:p>
        </w:tc>
        <w:tc>
          <w:tcPr>
            <w:tcW w:type="dxa" w:w="1440"/>
          </w:tcPr>
          <w:p>
            <w:r>
              <w:t>Speed</w:t>
            </w:r>
          </w:p>
        </w:tc>
        <w:tc>
          <w:tcPr>
            <w:tcW w:type="dxa" w:w="1440"/>
          </w:tcPr>
          <w:p>
            <w:r>
              <w:t>Capacity</w:t>
            </w:r>
          </w:p>
        </w:tc>
        <w:tc>
          <w:tcPr>
            <w:tcW w:type="dxa" w:w="1440"/>
          </w:tcPr>
          <w:p>
            <w:r>
              <w:t>Durability</w:t>
            </w:r>
          </w:p>
        </w:tc>
        <w:tc>
          <w:tcPr>
            <w:tcW w:type="dxa" w:w="1440"/>
          </w:tcPr>
          <w:p>
            <w:r>
              <w:t>Relative Cost</w:t>
            </w:r>
          </w:p>
        </w:tc>
      </w:tr>
      <w:tr>
        <w:tc>
          <w:tcPr>
            <w:tcW w:type="dxa" w:w="1440"/>
          </w:tcPr>
          <w:p>
            <w:r>
              <w:t>Magnetic</w:t>
            </w:r>
          </w:p>
        </w:tc>
        <w:tc>
          <w:tcPr>
            <w:tcW w:type="dxa" w:w="1440"/>
          </w:tcPr>
          <w:p>
            <w:r>
              <w:t>Internal/External HDD</w:t>
            </w:r>
          </w:p>
        </w:tc>
        <w:tc>
          <w:tcPr>
            <w:tcW w:type="dxa" w:w="1440"/>
          </w:tcPr>
          <w:p>
            <w:r>
              <w:t>Moderate</w:t>
            </w:r>
          </w:p>
        </w:tc>
        <w:tc>
          <w:tcPr>
            <w:tcW w:type="dxa" w:w="1440"/>
          </w:tcPr>
          <w:p>
            <w:r>
              <w:t>(1) _________________</w:t>
            </w:r>
          </w:p>
        </w:tc>
        <w:tc>
          <w:tcPr>
            <w:tcW w:type="dxa" w:w="1440"/>
          </w:tcPr>
          <w:p>
            <w:r>
              <w:t>Poor if dropped</w:t>
            </w:r>
          </w:p>
        </w:tc>
        <w:tc>
          <w:tcPr>
            <w:tcW w:type="dxa" w:w="1440"/>
          </w:tcPr>
          <w:p>
            <w:r>
              <w:t>(2) _________________</w:t>
            </w:r>
          </w:p>
        </w:tc>
      </w:tr>
      <w:tr>
        <w:tc>
          <w:tcPr>
            <w:tcW w:type="dxa" w:w="1440"/>
          </w:tcPr>
          <w:p>
            <w:r>
              <w:t>Optical</w:t>
            </w:r>
          </w:p>
        </w:tc>
        <w:tc>
          <w:tcPr>
            <w:tcW w:type="dxa" w:w="1440"/>
          </w:tcPr>
          <w:p>
            <w:r>
              <w:t>CD, DVD, Blu-ray</w:t>
            </w:r>
          </w:p>
        </w:tc>
        <w:tc>
          <w:tcPr>
            <w:tcW w:type="dxa" w:w="1440"/>
          </w:tcPr>
          <w:p>
            <w:r>
              <w:t>(3) _________________</w:t>
            </w:r>
          </w:p>
        </w:tc>
        <w:tc>
          <w:tcPr>
            <w:tcW w:type="dxa" w:w="1440"/>
          </w:tcPr>
          <w:p>
            <w:r>
              <w:t>Very Low (700MB - 50GB)</w:t>
            </w:r>
          </w:p>
        </w:tc>
        <w:tc>
          <w:tcPr>
            <w:tcW w:type="dxa" w:w="1440"/>
          </w:tcPr>
          <w:p>
            <w:r>
              <w:t>(4) _________________</w:t>
            </w:r>
          </w:p>
        </w:tc>
        <w:tc>
          <w:tcPr>
            <w:tcW w:type="dxa" w:w="1440"/>
          </w:tcPr>
          <w:p>
            <w:r>
              <w:t>Low per disc</w:t>
            </w:r>
          </w:p>
        </w:tc>
      </w:tr>
      <w:tr>
        <w:tc>
          <w:tcPr>
            <w:tcW w:type="dxa" w:w="1440"/>
          </w:tcPr>
          <w:p>
            <w:r>
              <w:t>Solid-State</w:t>
            </w:r>
          </w:p>
        </w:tc>
        <w:tc>
          <w:tcPr>
            <w:tcW w:type="dxa" w:w="1440"/>
          </w:tcPr>
          <w:p>
            <w:r>
              <w:t>SSD, SD Card, USB Drive</w:t>
            </w:r>
          </w:p>
        </w:tc>
        <w:tc>
          <w:tcPr>
            <w:tcW w:type="dxa" w:w="1440"/>
          </w:tcPr>
          <w:p>
            <w:r>
              <w:t>(5) _________________</w:t>
            </w:r>
          </w:p>
        </w:tc>
        <w:tc>
          <w:tcPr>
            <w:tcW w:type="dxa" w:w="1440"/>
          </w:tcPr>
          <w:p>
            <w:r>
              <w:t>Moderate (250GB - 4TB)</w:t>
            </w:r>
          </w:p>
        </w:tc>
        <w:tc>
          <w:tcPr>
            <w:tcW w:type="dxa" w:w="1440"/>
          </w:tcPr>
          <w:p>
            <w:r>
              <w:t>(6) _________________</w:t>
            </w:r>
          </w:p>
        </w:tc>
        <w:tc>
          <w:tcPr>
            <w:tcW w:type="dxa" w:w="1440"/>
          </w:tcPr>
          <w:p>
            <w:r>
              <w:t>(7) _________________</w:t>
            </w:r>
          </w:p>
        </w:tc>
      </w:tr>
    </w:tbl>
    <w:p>
      <w:pPr>
        <w:pStyle w:val="Heading1"/>
      </w:pPr>
      <w:r>
        <w:t>📝 Task B: Exam-Style Practice Questions</w:t>
      </w:r>
    </w:p>
    <w:p>
      <w:r>
        <w:t>1. Define the term 'non-volatile memory' in relation to secondary storage. (2 Marks)</w:t>
        <w:br/>
        <w:br/>
        <w:br/>
        <w:br/>
      </w:r>
    </w:p>
    <w:p>
      <w:r>
        <w:t>2. Explain why an SSD is typically chosen over an HDD for a rugged laptop used by field engineers. (3 Marks)</w:t>
        <w:br/>
        <w:br/>
        <w:br/>
        <w:br/>
      </w:r>
    </w:p>
    <w:p>
      <w:r>
        <w:t>3. Describe how data is written to and read from an optical disc. (4 Marks)</w:t>
        <w:br/>
        <w:br/>
        <w:br/>
        <w:br/>
      </w:r>
    </w:p>
    <w:p>
      <w:pPr>
        <w:pStyle w:val="Heading2"/>
      </w:pPr>
      <w:r>
        <w:t>Scenario-Based Application</w:t>
      </w:r>
    </w:p>
    <w:p>
      <w:r>
        <w:t>Progressive Media is a small video-production agency upgrading their IT infrastructure. They need storage solutions for three distinct purposes:</w:t>
        <w:br/>
        <w:t>• Purpose 1: To act as the main boot drive for their high-performance 4K video editing workstations.</w:t>
        <w:br/>
        <w:t>• Purpose 2: To act as a central, high-volume server storage system to archive thousands of hours of finished client footage.</w:t>
        <w:br/>
        <w:t>• Purpose 3: To physically hand over final marketing videos to external clients who lack strong internet connections.</w:t>
      </w:r>
    </w:p>
    <w:p>
      <w:r>
        <w:t>4. For each of the three purposes listed above, identify the most appropriate type of storage device (Magnetic, Optical, or Solid-State) and justify your choice by evaluating its performance characteristics. (2 Marks per purpose - 6 Marks Total)</w:t>
      </w:r>
    </w:p>
    <w:p>
      <w:r>
        <w:t>• Purpose 1 Storage Type: _________________________________________</w:t>
        <w:br/>
        <w:t xml:space="preserve">  Justification: ____________________________________________________________________</w:t>
        <w:br/>
        <w:t>__________________________________________________________________________________</w:t>
      </w:r>
    </w:p>
    <w:p>
      <w:r>
        <w:t>• Purpose 2 Storage Type: _________________________________________</w:t>
        <w:br/>
        <w:t xml:space="preserve">  Justification: ____________________________________________________________________</w:t>
        <w:br/>
        <w:t>__________________________________________________________________________________</w:t>
      </w:r>
    </w:p>
    <w:p>
      <w:r>
        <w:t>• Purpose 3 Storage Type: _________________________________________</w:t>
        <w:br/>
        <w:t xml:space="preserve">  Justification: ____________________________________________________________________</w:t>
        <w:br/>
        <w:t>__________________________________________________________________________________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